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10388" w14:textId="77777777" w:rsidR="00C01DF5" w:rsidRPr="00403B35" w:rsidRDefault="00000000">
      <w:pPr>
        <w:spacing w:after="20"/>
        <w:jc w:val="center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28"/>
          <w:lang w:eastAsia="ja-JP"/>
        </w:rPr>
        <w:t>第4回 患者さんのための見た目にも美味しい病院食コンテスト</w:t>
      </w:r>
    </w:p>
    <w:p w14:paraId="641150BF" w14:textId="77777777" w:rsidR="00C01DF5" w:rsidRPr="00403B35" w:rsidRDefault="00000000">
      <w:pPr>
        <w:spacing w:after="20"/>
        <w:jc w:val="center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25"/>
          <w:lang w:eastAsia="ja-JP"/>
        </w:rPr>
        <w:t>【応募用紙】</w:t>
      </w:r>
    </w:p>
    <w:p w14:paraId="07538F26" w14:textId="77777777" w:rsidR="00C01DF5" w:rsidRPr="00403B35" w:rsidRDefault="00000000">
      <w:pPr>
        <w:spacing w:after="120"/>
        <w:jc w:val="center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lang w:eastAsia="ja-JP"/>
        </w:rPr>
        <w:t>テーマ：「食べたい」を引き出す多職種の力 〜見た目からはじめる低栄養対策〜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C01DF5" w:rsidRPr="00403B35" w14:paraId="337855D2" w14:textId="77777777">
        <w:trPr>
          <w:jc w:val="center"/>
        </w:trPr>
        <w:tc>
          <w:tcPr>
            <w:tcW w:w="10092" w:type="dxa"/>
            <w:shd w:val="clear" w:color="auto" w:fill="EAF2F8"/>
          </w:tcPr>
          <w:p w14:paraId="2BA75D87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22"/>
                <w:lang w:eastAsia="ja-JP"/>
              </w:rPr>
              <w:t>この応募用紙の書き方</w:t>
            </w:r>
          </w:p>
          <w:p w14:paraId="4EBBCAC6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9"/>
                <w:lang w:eastAsia="ja-JP"/>
              </w:rPr>
              <w:t>1. 応募する多職種チームの情報を記入します。</w:t>
            </w:r>
          </w:p>
          <w:p w14:paraId="155EF9C1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9"/>
                <w:lang w:eastAsia="ja-JP"/>
              </w:rPr>
              <w:t>2. 写真に写っている「1食分の献立」の料理名を記入します。</w:t>
            </w:r>
          </w:p>
          <w:p w14:paraId="77A02332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9"/>
                <w:lang w:eastAsia="ja-JP"/>
              </w:rPr>
              <w:t>3. 1人分の栄養価と材料費を記入します。</w:t>
            </w:r>
          </w:p>
          <w:p w14:paraId="55733D4F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9"/>
                <w:lang w:eastAsia="ja-JP"/>
              </w:rPr>
              <w:t>4. 「対象患者・低栄養対策・多職種連携」の3点を含め、取り組みエピソードを400〜600文字で記入します。</w:t>
            </w:r>
          </w:p>
          <w:p w14:paraId="4103DB30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9"/>
                <w:lang w:eastAsia="ja-JP"/>
              </w:rPr>
              <w:t>5. 写真に写っているすべての料理について、1人分の材料・分量（g/mL）と調理手順を記入します。調理手順は、全料理を合わせて700文字以内です（料理名・材料・分量は文字数に含みません）。</w:t>
            </w:r>
          </w:p>
          <w:p w14:paraId="4BFC91F6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9"/>
                <w:lang w:eastAsia="ja-JP"/>
              </w:rPr>
              <w:t>6. 指定された写真3点を提出し、最後にセルフチェックを行います。</w:t>
            </w:r>
          </w:p>
        </w:tc>
      </w:tr>
    </w:tbl>
    <w:p w14:paraId="2A812FC2" w14:textId="77777777" w:rsidR="00C01DF5" w:rsidRPr="00403B35" w:rsidRDefault="00000000">
      <w:pPr>
        <w:spacing w:before="80"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※ご記入いただいた内容は、選考委員会による1次審査および会員投票による最終審査の対象となります。</w:t>
      </w:r>
    </w:p>
    <w:p w14:paraId="3911F07B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※枠は必要に応じて広げてご記入ください。</w:t>
      </w:r>
    </w:p>
    <w:p w14:paraId="004371B5" w14:textId="77777777" w:rsidR="00C01DF5" w:rsidRPr="00403B35" w:rsidRDefault="00000000">
      <w:pPr>
        <w:keepNext/>
        <w:spacing w:before="140" w:after="4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23"/>
          <w:lang w:eastAsia="ja-JP"/>
        </w:rPr>
        <w:t>1. 応募者・多職種チーム情報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2835"/>
        <w:gridCol w:w="2154"/>
        <w:gridCol w:w="2835"/>
      </w:tblGrid>
      <w:tr w:rsidR="00C01DF5" w:rsidRPr="00403B35" w14:paraId="11DE9395" w14:textId="77777777">
        <w:trPr>
          <w:jc w:val="center"/>
        </w:trPr>
        <w:tc>
          <w:tcPr>
            <w:tcW w:w="1984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6DEA1F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正式応募施設名</w:t>
            </w:r>
            <w:proofErr w:type="spellEnd"/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BB7809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FACILITY"/>
                <w:tag w:val="FACILITY"/>
                <w:id w:val="2101061832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154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F8D22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チーム代表者</w:t>
            </w:r>
            <w:proofErr w:type="spellEnd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 xml:space="preserve"> </w:t>
            </w: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氏名</w:t>
            </w:r>
            <w:proofErr w:type="spellEnd"/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A2F6B1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REP_NAME"/>
                <w:tag w:val="REP_NAME"/>
                <w:id w:val="1515651312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39C7F97A" w14:textId="77777777">
        <w:trPr>
          <w:jc w:val="center"/>
        </w:trPr>
        <w:tc>
          <w:tcPr>
            <w:tcW w:w="1984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D0863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代表者の職種</w:t>
            </w:r>
            <w:proofErr w:type="spellEnd"/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B9793E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REP_ROLE"/>
                <w:tag w:val="REP_ROLE"/>
                <w:id w:val="1370647021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154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D1F22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代表者のJSPEN会員番号</w:t>
            </w:r>
            <w:proofErr w:type="spellEnd"/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02C7F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REP_MEMBERNO"/>
                <w:tag w:val="REP_MEMBERNO"/>
                <w:id w:val="-53243803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46EDF81D" w14:textId="77777777">
        <w:trPr>
          <w:jc w:val="center"/>
        </w:trPr>
        <w:tc>
          <w:tcPr>
            <w:tcW w:w="1984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BA8208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20"/>
                <w:lang w:eastAsia="ja-JP"/>
              </w:rPr>
              <w:t>連絡先メールアドレス</w:t>
            </w:r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B3609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EMAIL"/>
                <w:tag w:val="EMAIL"/>
                <w:id w:val="-653056813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154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F4DBE7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20"/>
              </w:rPr>
              <w:t>応募チームの構成</w:t>
            </w:r>
            <w:proofErr w:type="spellEnd"/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A4DE38" w14:textId="2481AF8F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lang w:eastAsia="ja-JP"/>
              </w:rPr>
              <w:t>3職種以上・合計4名以上</w:t>
            </w:r>
            <w:r w:rsidR="00F11CE7">
              <w:rPr>
                <w:rFonts w:ascii="BIZ UDPゴシック" w:eastAsia="BIZ UDPゴシック" w:hAnsi="BIZ UDPゴシック" w:hint="eastAsia"/>
                <w:lang w:eastAsia="ja-JP"/>
              </w:rPr>
              <w:t>（代表者含む）</w:t>
            </w:r>
          </w:p>
        </w:tc>
      </w:tr>
    </w:tbl>
    <w:p w14:paraId="32544E59" w14:textId="04665B97" w:rsidR="00C01DF5" w:rsidRPr="006C505C" w:rsidRDefault="00000000" w:rsidP="006C505C">
      <w:pPr>
        <w:spacing w:before="80" w:after="40"/>
        <w:ind w:firstLineChars="100" w:firstLine="210"/>
        <w:rPr>
          <w:rFonts w:ascii="BIZ UDPゴシック" w:eastAsia="BIZ UDPゴシック" w:hAnsi="BIZ UDPゴシック"/>
          <w:b/>
          <w:lang w:eastAsia="ja-JP"/>
        </w:rPr>
      </w:pPr>
      <w:r w:rsidRPr="00403B35">
        <w:rPr>
          <w:rFonts w:ascii="BIZ UDPゴシック" w:eastAsia="BIZ UDPゴシック" w:hAnsi="BIZ UDPゴシック"/>
          <w:b/>
          <w:lang w:eastAsia="ja-JP"/>
        </w:rPr>
        <w:t>チーム構成メンバー</w:t>
      </w:r>
      <w:r w:rsidR="00B57D61">
        <w:rPr>
          <w:rFonts w:ascii="BIZ UDPゴシック" w:eastAsia="BIZ UDPゴシック" w:hAnsi="BIZ UDPゴシック" w:hint="eastAsia"/>
          <w:b/>
          <w:lang w:eastAsia="ja-JP"/>
        </w:rPr>
        <w:t>（</w:t>
      </w:r>
      <w:r w:rsidR="006C505C" w:rsidRPr="006C505C">
        <w:rPr>
          <w:rFonts w:ascii="BIZ UDPゴシック" w:eastAsia="BIZ UDPゴシック" w:hAnsi="BIZ UDPゴシック"/>
          <w:b/>
          <w:lang w:eastAsia="ja-JP"/>
        </w:rPr>
        <w:t>※</w:t>
      </w:r>
      <w:r w:rsidR="006C505C" w:rsidRPr="006C505C">
        <w:rPr>
          <w:rFonts w:ascii="BIZ UDPゴシック" w:eastAsia="BIZ UDPゴシック" w:hAnsi="BIZ UDPゴシック"/>
          <w:b/>
          <w:bCs/>
          <w:lang w:eastAsia="ja-JP"/>
        </w:rPr>
        <w:t>代表者を除く、チームメンバー全員を記入してください。</w:t>
      </w:r>
      <w:r w:rsidR="00B57D61">
        <w:rPr>
          <w:rFonts w:ascii="BIZ UDPゴシック" w:eastAsia="BIZ UDPゴシック" w:hAnsi="BIZ UDPゴシック" w:hint="eastAsia"/>
          <w:b/>
          <w:lang w:eastAsia="ja-JP"/>
        </w:rPr>
        <w:t>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835"/>
        <w:gridCol w:w="3572"/>
      </w:tblGrid>
      <w:tr w:rsidR="00C01DF5" w:rsidRPr="00403B35" w14:paraId="7C5E3DA0" w14:textId="77777777">
        <w:trPr>
          <w:tblHeader/>
          <w:jc w:val="center"/>
        </w:trPr>
        <w:tc>
          <w:tcPr>
            <w:tcW w:w="340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4E6FB1" w14:textId="77777777" w:rsidR="00C01DF5" w:rsidRPr="00403B35" w:rsidRDefault="00000000">
            <w:pPr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氏名</w:t>
            </w:r>
            <w:proofErr w:type="spellEnd"/>
          </w:p>
        </w:tc>
        <w:tc>
          <w:tcPr>
            <w:tcW w:w="2835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FBE74" w14:textId="77777777" w:rsidR="00C01DF5" w:rsidRPr="00403B35" w:rsidRDefault="00000000">
            <w:pPr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職種</w:t>
            </w:r>
            <w:proofErr w:type="spellEnd"/>
          </w:p>
        </w:tc>
        <w:tc>
          <w:tcPr>
            <w:tcW w:w="357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DA4A39" w14:textId="77777777" w:rsidR="00C01DF5" w:rsidRPr="00403B35" w:rsidRDefault="00000000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9"/>
                <w:lang w:eastAsia="ja-JP"/>
              </w:rPr>
              <w:t>JSPEN会員番号（会員のみ）</w:t>
            </w:r>
          </w:p>
        </w:tc>
      </w:tr>
      <w:tr w:rsidR="00C01DF5" w:rsidRPr="00403B35" w14:paraId="28B087FA" w14:textId="77777777">
        <w:trPr>
          <w:trHeight w:val="368"/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6F29EC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1_NAME"/>
                <w:tag w:val="MEMBER1_NAME"/>
                <w:id w:val="-63570549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813E2" w14:textId="7A67DE21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1_ROLE"/>
                <w:tag w:val="MEMBER1_ROLE"/>
                <w:id w:val="713007848"/>
                <w:lock w:val="sdtLocked"/>
                <w:text/>
              </w:sdtPr>
              <w:sdtContent/>
            </w:sdt>
          </w:p>
        </w:tc>
        <w:tc>
          <w:tcPr>
            <w:tcW w:w="35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0F9414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1_NO"/>
                <w:tag w:val="MEMBER1_NO"/>
                <w:id w:val="251790437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536D30D5" w14:textId="77777777">
        <w:trPr>
          <w:trHeight w:val="368"/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D4AF4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2_NAME"/>
                <w:tag w:val="MEMBER2_NAME"/>
                <w:id w:val="-805930465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1130E7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2_ROLE"/>
                <w:tag w:val="MEMBER2_ROLE"/>
                <w:id w:val="1320699888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35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E0BF3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2_NO"/>
                <w:tag w:val="MEMBER2_NO"/>
                <w:id w:val="261576374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23FBE628" w14:textId="77777777">
        <w:trPr>
          <w:trHeight w:val="368"/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F74721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3_NAME"/>
                <w:tag w:val="MEMBER3_NAME"/>
                <w:id w:val="-469370695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70781C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3_ROLE"/>
                <w:tag w:val="MEMBER3_ROLE"/>
                <w:id w:val="1244925135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35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C89B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3_NO"/>
                <w:tag w:val="MEMBER3_NO"/>
                <w:id w:val="-1322110363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5546439F" w14:textId="77777777">
        <w:trPr>
          <w:trHeight w:val="368"/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B95A9C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4_NAME"/>
                <w:tag w:val="MEMBER4_NAME"/>
                <w:id w:val="-1687206627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5D07E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4_ROLE"/>
                <w:tag w:val="MEMBER4_ROLE"/>
                <w:id w:val="-933519112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35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C1FA1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4_NO"/>
                <w:tag w:val="MEMBER4_NO"/>
                <w:id w:val="-1327282296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629FD745" w14:textId="77777777">
        <w:trPr>
          <w:trHeight w:val="368"/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9D0654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5_NAME"/>
                <w:tag w:val="MEMBER5_NAME"/>
                <w:id w:val="-1908061802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0876A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5_ROLE"/>
                <w:tag w:val="MEMBER5_ROLE"/>
                <w:id w:val="1170599080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35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C5F4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5_NO"/>
                <w:tag w:val="MEMBER5_NO"/>
                <w:id w:val="1288086594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52F1ED79" w14:textId="77777777">
        <w:trPr>
          <w:trHeight w:val="368"/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125FFD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6_NAME"/>
                <w:tag w:val="MEMBER6_NAME"/>
                <w:id w:val="-584373528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F9324B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6_ROLE"/>
                <w:tag w:val="MEMBER6_ROLE"/>
                <w:id w:val="1646553111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  <w:tc>
          <w:tcPr>
            <w:tcW w:w="35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0B48BB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EMBER6_NO"/>
                <w:tag w:val="MEMBER6_NO"/>
                <w:id w:val="-1787573983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263015FF" w14:textId="77777777" w:rsidR="00C01DF5" w:rsidRPr="00403B35" w:rsidRDefault="00000000">
      <w:pPr>
        <w:spacing w:before="40"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szCs w:val="18"/>
          <w:lang w:eastAsia="ja-JP"/>
        </w:rPr>
        <w:t>※記入欄が足りない場合は、最下段の各欄で改行し、氏名・職種・JSPEN会員番号を同じ順番で続けて入力してください。</w:t>
      </w:r>
    </w:p>
    <w:p w14:paraId="1DC8A5B7" w14:textId="77777777" w:rsidR="00C01DF5" w:rsidRPr="00403B35" w:rsidRDefault="00000000">
      <w:pPr>
        <w:spacing w:before="40"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※代表者はJSPEN会員に限ります。代表者の職種は問いません。</w:t>
      </w:r>
    </w:p>
    <w:p w14:paraId="358A1B4C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※チーム内にJSPEN会員の管理栄養士、栄養士、または病院調理師を1名以上含めてください。</w:t>
      </w:r>
    </w:p>
    <w:p w14:paraId="0E4606D5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※各職種がどのように関わったかは、「4. 取り組みエピソード」に記入してください。</w:t>
      </w:r>
    </w:p>
    <w:p w14:paraId="2F80D326" w14:textId="77777777" w:rsidR="00C01DF5" w:rsidRPr="00403B35" w:rsidRDefault="00000000">
      <w:pPr>
        <w:keepNext/>
        <w:pageBreakBefore/>
        <w:spacing w:before="140" w:after="4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23"/>
          <w:lang w:eastAsia="ja-JP"/>
        </w:rPr>
        <w:lastRenderedPageBreak/>
        <w:t>2. 応募メニュー情報</w:t>
      </w:r>
    </w:p>
    <w:p w14:paraId="7C31345D" w14:textId="23EA21FD" w:rsidR="00C01DF5" w:rsidRPr="009C41E1" w:rsidRDefault="00000000" w:rsidP="00846C0F">
      <w:pPr>
        <w:spacing w:before="60" w:after="40"/>
        <w:rPr>
          <w:rFonts w:ascii="BIZ UDPゴシック" w:eastAsia="BIZ UDPゴシック" w:hAnsi="BIZ UDPゴシック"/>
          <w:sz w:val="18"/>
          <w:szCs w:val="18"/>
          <w:lang w:eastAsia="ja-JP"/>
        </w:rPr>
      </w:pPr>
      <w:r w:rsidRPr="009C41E1">
        <w:rPr>
          <w:rFonts w:ascii="BIZ UDPゴシック" w:eastAsia="BIZ UDPゴシック" w:hAnsi="BIZ UDPゴシック"/>
          <w:sz w:val="18"/>
          <w:szCs w:val="18"/>
          <w:lang w:eastAsia="ja-JP"/>
        </w:rPr>
        <w:t>日常的に患者さんへ提供している「普通食」1食分について記入してください。行事食（ハレの日）や嚥下調整食は対象外です。</w:t>
      </w:r>
      <w:r w:rsidR="00234023" w:rsidRPr="009C41E1">
        <w:rPr>
          <w:rFonts w:ascii="BIZ UDPゴシック" w:eastAsia="BIZ UDPゴシック" w:hAnsi="BIZ UDPゴシック" w:hint="eastAsia"/>
          <w:sz w:val="18"/>
          <w:szCs w:val="18"/>
          <w:lang w:eastAsia="ja-JP"/>
        </w:rPr>
        <w:t>記</w:t>
      </w:r>
      <w:r w:rsidR="00846C0F" w:rsidRPr="009C41E1">
        <w:rPr>
          <w:rFonts w:ascii="BIZ UDPゴシック" w:eastAsia="BIZ UDPゴシック" w:hAnsi="BIZ UDPゴシック" w:hint="eastAsia"/>
          <w:sz w:val="18"/>
          <w:szCs w:val="18"/>
          <w:lang w:eastAsia="ja-JP"/>
        </w:rPr>
        <w:t>入欄が足りない場合は、</w:t>
      </w:r>
      <w:r w:rsidR="00846C0F" w:rsidRPr="009C41E1">
        <w:rPr>
          <w:rFonts w:ascii="BIZ UDPゴシック" w:eastAsia="BIZ UDPゴシック" w:hAnsi="BIZ UDPゴシック"/>
          <w:sz w:val="18"/>
          <w:szCs w:val="18"/>
          <w:lang w:eastAsia="ja-JP"/>
        </w:rPr>
        <w:t>最終欄で改行して続けて入力してください</w:t>
      </w:r>
      <w:r w:rsidR="00846C0F" w:rsidRPr="009C41E1">
        <w:rPr>
          <w:rFonts w:ascii="BIZ UDPゴシック" w:eastAsia="BIZ UDPゴシック" w:hAnsi="BIZ UDPゴシック" w:hint="eastAsia"/>
          <w:sz w:val="18"/>
          <w:szCs w:val="18"/>
          <w:lang w:eastAsia="ja-JP"/>
        </w:rPr>
        <w:t>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0"/>
        <w:gridCol w:w="2168"/>
        <w:gridCol w:w="7832"/>
        <w:gridCol w:w="65"/>
      </w:tblGrid>
      <w:tr w:rsidR="00C01DF5" w:rsidRPr="00403B35" w14:paraId="7891355B" w14:textId="77777777" w:rsidTr="00403B35">
        <w:trPr>
          <w:gridAfter w:val="1"/>
          <w:wAfter w:w="65" w:type="dxa"/>
          <w:trHeight w:val="408"/>
          <w:jc w:val="center"/>
        </w:trPr>
        <w:tc>
          <w:tcPr>
            <w:tcW w:w="2268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B2D2A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応募メニュー名</w:t>
            </w:r>
            <w:proofErr w:type="spellEnd"/>
          </w:p>
        </w:tc>
        <w:tc>
          <w:tcPr>
            <w:tcW w:w="78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47A4FD" w14:textId="6C6F151B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sdt>
              <w:sdtPr>
                <w:rPr>
                  <w:rFonts w:ascii="BIZ UDPゴシック" w:eastAsia="BIZ UDPゴシック" w:hAnsi="BIZ UDPゴシック" w:hint="eastAsia"/>
                  <w:lang w:eastAsia="ja-JP"/>
                </w:rPr>
                <w:alias w:val="MENU_NAME"/>
                <w:tag w:val="MENU_NAME"/>
                <w:id w:val="1792095049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2701053A" w14:textId="77777777" w:rsidTr="00403B35">
        <w:trPr>
          <w:gridAfter w:val="1"/>
          <w:wAfter w:w="65" w:type="dxa"/>
          <w:trHeight w:val="408"/>
          <w:jc w:val="center"/>
        </w:trPr>
        <w:tc>
          <w:tcPr>
            <w:tcW w:w="2268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8CDC8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主食</w:t>
            </w:r>
            <w:proofErr w:type="spellEnd"/>
          </w:p>
        </w:tc>
        <w:tc>
          <w:tcPr>
            <w:tcW w:w="78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B56E2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STAPLE"/>
                <w:tag w:val="STAPLE"/>
                <w:id w:val="-937064195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7BC93ABE" w14:textId="77777777" w:rsidTr="00403B35">
        <w:trPr>
          <w:gridAfter w:val="1"/>
          <w:wAfter w:w="65" w:type="dxa"/>
          <w:trHeight w:val="408"/>
          <w:jc w:val="center"/>
        </w:trPr>
        <w:tc>
          <w:tcPr>
            <w:tcW w:w="2268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3255D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主菜</w:t>
            </w:r>
            <w:proofErr w:type="spellEnd"/>
          </w:p>
        </w:tc>
        <w:tc>
          <w:tcPr>
            <w:tcW w:w="78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3F5CB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MAIN"/>
                <w:tag w:val="MAIN"/>
                <w:id w:val="-1174721201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2CC94C92" w14:textId="77777777" w:rsidTr="00403B35">
        <w:trPr>
          <w:gridAfter w:val="1"/>
          <w:wAfter w:w="65" w:type="dxa"/>
          <w:trHeight w:val="408"/>
          <w:jc w:val="center"/>
        </w:trPr>
        <w:tc>
          <w:tcPr>
            <w:tcW w:w="2268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DF8E98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403B35">
              <w:rPr>
                <w:rFonts w:ascii="BIZ UDPゴシック" w:eastAsia="BIZ UDPゴシック" w:hAnsi="BIZ UDPゴシック"/>
                <w:b/>
                <w:sz w:val="19"/>
              </w:rPr>
              <w:t>副菜</w:t>
            </w:r>
            <w:proofErr w:type="spellEnd"/>
          </w:p>
        </w:tc>
        <w:tc>
          <w:tcPr>
            <w:tcW w:w="78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6E5BED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SIDE1"/>
                <w:tag w:val="SIDE1"/>
                <w:id w:val="-1861193466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0C4084B2" w14:textId="77777777" w:rsidTr="00403B35">
        <w:trPr>
          <w:gridAfter w:val="1"/>
          <w:wAfter w:w="65" w:type="dxa"/>
          <w:trHeight w:val="408"/>
          <w:jc w:val="center"/>
        </w:trPr>
        <w:tc>
          <w:tcPr>
            <w:tcW w:w="2268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B3CBA" w14:textId="241FDB1B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9"/>
                <w:lang w:eastAsia="ja-JP"/>
              </w:rPr>
              <w:t>副菜（任意）</w:t>
            </w:r>
          </w:p>
        </w:tc>
        <w:tc>
          <w:tcPr>
            <w:tcW w:w="78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5948C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SIDE2"/>
                <w:tag w:val="SIDE2"/>
                <w:id w:val="1350918676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59AD68F5" w14:textId="77777777" w:rsidTr="00403B35">
        <w:trPr>
          <w:gridAfter w:val="1"/>
          <w:wAfter w:w="65" w:type="dxa"/>
          <w:trHeight w:val="408"/>
          <w:jc w:val="center"/>
        </w:trPr>
        <w:tc>
          <w:tcPr>
            <w:tcW w:w="2268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2F5F3B" w14:textId="5B9A82C1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9"/>
                <w:lang w:eastAsia="ja-JP"/>
              </w:rPr>
              <w:t>汁物（任意）</w:t>
            </w:r>
          </w:p>
        </w:tc>
        <w:tc>
          <w:tcPr>
            <w:tcW w:w="78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65279D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OTHER"/>
                <w:tag w:val="OTHER"/>
                <w:id w:val="-141202468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365A53B2" w14:textId="77777777" w:rsidTr="00403B35">
        <w:trPr>
          <w:gridAfter w:val="1"/>
          <w:wAfter w:w="65" w:type="dxa"/>
          <w:trHeight w:val="408"/>
          <w:jc w:val="center"/>
        </w:trPr>
        <w:tc>
          <w:tcPr>
            <w:tcW w:w="2268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826581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9"/>
                <w:lang w:eastAsia="ja-JP"/>
              </w:rPr>
              <w:t>デザート・その他（任意）</w:t>
            </w:r>
          </w:p>
        </w:tc>
        <w:tc>
          <w:tcPr>
            <w:tcW w:w="78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7CC9E7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ESSERT_OTHER"/>
                <w:tag w:val="DESSERT_OTHER"/>
                <w:id w:val="-1231834105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1257F917" w14:textId="77777777" w:rsidTr="00403B35">
        <w:tblPrEx>
          <w:jc w:val="left"/>
        </w:tblPrEx>
        <w:trPr>
          <w:gridBefore w:val="1"/>
          <w:wBefore w:w="100" w:type="dxa"/>
        </w:trPr>
        <w:tc>
          <w:tcPr>
            <w:tcW w:w="10065" w:type="dxa"/>
            <w:gridSpan w:val="3"/>
            <w:shd w:val="clear" w:color="auto" w:fill="FFF2CC"/>
          </w:tcPr>
          <w:p w14:paraId="6CA05E4F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  <w:lang w:eastAsia="ja-JP"/>
              </w:rPr>
              <w:t>【記入例】</w:t>
            </w:r>
          </w:p>
          <w:p w14:paraId="5F4EFEB3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7"/>
                <w:lang w:eastAsia="ja-JP"/>
              </w:rPr>
              <w:t>応募メニュー名：鶏肉の香味焼き 彩り和膳</w:t>
            </w:r>
          </w:p>
          <w:p w14:paraId="748DF88F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7"/>
                <w:lang w:eastAsia="ja-JP"/>
              </w:rPr>
              <w:t>主食：ご飯　／　主菜：鶏肉の香味焼き</w:t>
            </w:r>
          </w:p>
          <w:p w14:paraId="6C1F9304" w14:textId="07E36EFF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7"/>
                <w:lang w:eastAsia="ja-JP"/>
              </w:rPr>
              <w:t>副菜：かぼちゃのやわらか煮　／　その他の副菜：ほうれん草の白和え　／　汁物：すまし汁　／　デザート・その他：みかんゼリー</w:t>
            </w:r>
          </w:p>
        </w:tc>
      </w:tr>
    </w:tbl>
    <w:p w14:paraId="53FBABEA" w14:textId="77777777" w:rsidR="00C01DF5" w:rsidRPr="00403B35" w:rsidRDefault="00000000">
      <w:pPr>
        <w:spacing w:before="40"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※応募メニュー名に施設名を含めないでください。</w:t>
      </w:r>
    </w:p>
    <w:p w14:paraId="78FF1190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※この欄は「料理名」だけで構いません。分量（g/mL）と作り方は「5. 献立レシピ」に記入します。</w:t>
      </w:r>
    </w:p>
    <w:p w14:paraId="6C51AE2E" w14:textId="12CD0DCB" w:rsidR="00C01DF5" w:rsidRPr="00403B35" w:rsidRDefault="00403B35">
      <w:pPr>
        <w:spacing w:after="4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sz w:val="23"/>
          <w:lang w:eastAsia="ja-JP"/>
        </w:rPr>
        <w:br/>
      </w:r>
      <w:r w:rsidRPr="00403B35">
        <w:rPr>
          <w:rFonts w:ascii="BIZ UDPゴシック" w:eastAsia="BIZ UDPゴシック" w:hAnsi="BIZ UDPゴシック"/>
          <w:b/>
          <w:sz w:val="23"/>
          <w:lang w:eastAsia="ja-JP"/>
        </w:rPr>
        <w:t>3. 栄養価・材料費情報（1人分）</w:t>
      </w:r>
    </w:p>
    <w:p w14:paraId="14941812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9"/>
          <w:lang w:eastAsia="ja-JP"/>
        </w:rPr>
        <w:t>応募する1食分について、下記の数値を記入してください。低栄養対策の数値は目安であり、一律の足切り（失格）基準ではありません。</w:t>
      </w:r>
    </w:p>
    <w:p w14:paraId="106C19AC" w14:textId="36D0423A" w:rsidR="00C01DF5" w:rsidRPr="00403B35" w:rsidRDefault="00000000">
      <w:pPr>
        <w:spacing w:after="6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9"/>
          <w:lang w:eastAsia="ja-JP"/>
        </w:rPr>
        <w:t>※目安を満たさない、または大きく外れる場合は、患者さんの状況・病態・食欲などを踏まえた理由を右欄に記入してください</w:t>
      </w:r>
      <w:r w:rsidR="00703279">
        <w:rPr>
          <w:rFonts w:ascii="BIZ UDPゴシック" w:eastAsia="BIZ UDPゴシック" w:hAnsi="BIZ UDPゴシック" w:hint="eastAsia"/>
          <w:sz w:val="19"/>
          <w:lang w:eastAsia="ja-JP"/>
        </w:rPr>
        <w:t>（</w:t>
      </w:r>
      <w:r w:rsidR="00703279" w:rsidRPr="00703279">
        <w:rPr>
          <w:rFonts w:ascii="BIZ UDPゴシック" w:eastAsia="BIZ UDPゴシック" w:hAnsi="BIZ UDPゴシック"/>
          <w:sz w:val="19"/>
          <w:lang w:eastAsia="ja-JP"/>
        </w:rPr>
        <w:t>目安内の場合、この欄は記入不要です</w:t>
      </w:r>
      <w:r w:rsidR="00703279">
        <w:rPr>
          <w:rFonts w:ascii="BIZ UDPゴシック" w:eastAsia="BIZ UDPゴシック" w:hAnsi="BIZ UDPゴシック" w:hint="eastAsia"/>
          <w:sz w:val="19"/>
          <w:lang w:eastAsia="ja-JP"/>
        </w:rPr>
        <w:t>）。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1757"/>
        <w:gridCol w:w="2268"/>
        <w:gridCol w:w="3685"/>
      </w:tblGrid>
      <w:tr w:rsidR="00C01DF5" w:rsidRPr="00403B35" w14:paraId="7B0B8622" w14:textId="77777777">
        <w:trPr>
          <w:tblHeader/>
          <w:jc w:val="center"/>
        </w:trPr>
        <w:tc>
          <w:tcPr>
            <w:tcW w:w="2041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198A1" w14:textId="77777777" w:rsidR="00C01DF5" w:rsidRPr="00403B35" w:rsidRDefault="00000000">
            <w:pPr>
              <w:jc w:val="center"/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7"/>
              </w:rPr>
              <w:t>評価項目</w:t>
            </w:r>
          </w:p>
        </w:tc>
        <w:tc>
          <w:tcPr>
            <w:tcW w:w="1757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E9145C" w14:textId="77777777" w:rsidR="00C01DF5" w:rsidRPr="00403B35" w:rsidRDefault="00000000">
            <w:pPr>
              <w:jc w:val="center"/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7"/>
              </w:rPr>
              <w:t>応募作品の数値</w:t>
            </w:r>
          </w:p>
        </w:tc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EC5EB" w14:textId="77777777" w:rsidR="00C01DF5" w:rsidRPr="00403B35" w:rsidRDefault="00000000">
            <w:pPr>
              <w:jc w:val="center"/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7"/>
              </w:rPr>
              <w:t>審査の目安</w:t>
            </w:r>
          </w:p>
        </w:tc>
        <w:tc>
          <w:tcPr>
            <w:tcW w:w="3685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BBA090" w14:textId="77777777" w:rsidR="00C01DF5" w:rsidRPr="00403B35" w:rsidRDefault="00000000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7"/>
                <w:lang w:eastAsia="ja-JP"/>
              </w:rPr>
              <w:t>目安を満たさない／大きく外れる場合の理由</w:t>
            </w:r>
          </w:p>
        </w:tc>
      </w:tr>
      <w:tr w:rsidR="00C01DF5" w:rsidRPr="00403B35" w14:paraId="09838C54" w14:textId="77777777">
        <w:trPr>
          <w:trHeight w:val="538"/>
          <w:jc w:val="center"/>
        </w:trPr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5ADAF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sz w:val="18"/>
              </w:rPr>
              <w:t>エネルギー量</w:t>
            </w:r>
          </w:p>
        </w:tc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4B24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ENERGY"/>
                <w:tag w:val="ENERGY"/>
                <w:id w:val="1097595088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  <w:r w:rsidRPr="00403B35">
              <w:rPr>
                <w:rFonts w:ascii="BIZ UDPゴシック" w:eastAsia="BIZ UDPゴシック" w:hAnsi="BIZ UDPゴシック"/>
                <w:sz w:val="20"/>
              </w:rPr>
              <w:t xml:space="preserve"> kcal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7D489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sz w:val="17"/>
              </w:rPr>
              <w:t>1食400kcal以上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6172F2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REASON1"/>
                <w:tag w:val="REASON1"/>
                <w:id w:val="-1511824469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4A5E4FF9" w14:textId="77777777">
        <w:trPr>
          <w:trHeight w:val="538"/>
          <w:jc w:val="center"/>
        </w:trPr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AB20E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sz w:val="18"/>
              </w:rPr>
              <w:t>たんぱく質</w:t>
            </w:r>
          </w:p>
        </w:tc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19DBBD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PROTEIN"/>
                <w:tag w:val="PROTEIN"/>
                <w:id w:val="-73743947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  <w:r w:rsidRPr="00403B35">
              <w:rPr>
                <w:rFonts w:ascii="BIZ UDPゴシック" w:eastAsia="BIZ UDPゴシック" w:hAnsi="BIZ UDPゴシック"/>
                <w:sz w:val="20"/>
              </w:rPr>
              <w:t xml:space="preserve"> g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0FC6BE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7"/>
                <w:lang w:eastAsia="ja-JP"/>
              </w:rPr>
              <w:t>1食20g以上（可能なら25g程度）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481BC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REASON2"/>
                <w:tag w:val="REASON2"/>
                <w:id w:val="-1747485704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7C6718D3" w14:textId="77777777">
        <w:trPr>
          <w:trHeight w:val="538"/>
          <w:jc w:val="center"/>
        </w:trPr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2EEEFB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sz w:val="18"/>
              </w:rPr>
              <w:t>脂質エネルギー比</w:t>
            </w:r>
          </w:p>
        </w:tc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92DFC2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FAT_RATIO"/>
                <w:tag w:val="FAT_RATIO"/>
                <w:id w:val="1038935464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  <w:r w:rsidRPr="00403B35">
              <w:rPr>
                <w:rFonts w:ascii="BIZ UDPゴシック" w:eastAsia="BIZ UDPゴシック" w:hAnsi="BIZ UDPゴシック"/>
                <w:sz w:val="20"/>
              </w:rPr>
              <w:t xml:space="preserve"> %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9F07BE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sz w:val="17"/>
              </w:rPr>
              <w:t>おおむね35%未満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F8DDF1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REASON3"/>
                <w:tag w:val="REASON3"/>
                <w:id w:val="-823114832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37E2A363" w14:textId="77777777">
        <w:trPr>
          <w:trHeight w:val="538"/>
          <w:jc w:val="center"/>
        </w:trPr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305249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sz w:val="18"/>
              </w:rPr>
              <w:t>食塩相当量</w:t>
            </w:r>
          </w:p>
        </w:tc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D1894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SALT"/>
                <w:tag w:val="SALT"/>
                <w:id w:val="451217609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  <w:r w:rsidRPr="00403B35">
              <w:rPr>
                <w:rFonts w:ascii="BIZ UDPゴシック" w:eastAsia="BIZ UDPゴシック" w:hAnsi="BIZ UDPゴシック"/>
                <w:sz w:val="20"/>
              </w:rPr>
              <w:t xml:space="preserve"> g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8BF23B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7"/>
                <w:lang w:eastAsia="ja-JP"/>
              </w:rPr>
              <w:t>1食2.5g未満（3.0g超は理由必須）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D8BD4B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REASON4"/>
                <w:tag w:val="REASON4"/>
                <w:id w:val="1231195220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734DD834" w14:textId="77777777">
        <w:trPr>
          <w:trHeight w:val="538"/>
          <w:jc w:val="center"/>
        </w:trPr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2EF33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sz w:val="18"/>
              </w:rPr>
              <w:t>1人分の材料費</w:t>
            </w:r>
          </w:p>
        </w:tc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F300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COST"/>
                <w:tag w:val="COST"/>
                <w:id w:val="-1103340580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  <w:r w:rsidRPr="00403B35">
              <w:rPr>
                <w:rFonts w:ascii="BIZ UDPゴシック" w:eastAsia="BIZ UDPゴシック" w:hAnsi="BIZ UDPゴシック"/>
                <w:sz w:val="20"/>
              </w:rPr>
              <w:t xml:space="preserve"> 円（税抜）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A22E5E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sz w:val="17"/>
              </w:rPr>
              <w:t>税抜600円以内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D9C45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REASON5"/>
                <w:tag w:val="REASON5"/>
                <w:id w:val="1853761690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0C6C2F3E" w14:textId="37D7D59A" w:rsidR="00C01DF5" w:rsidRPr="00403B35" w:rsidRDefault="00000000">
      <w:pPr>
        <w:keepNext/>
        <w:spacing w:before="160" w:after="4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23"/>
          <w:lang w:eastAsia="ja-JP"/>
        </w:rPr>
        <w:t>4. 取り組みエピソード（400〜600文字）</w:t>
      </w:r>
    </w:p>
    <w:p w14:paraId="2D5D03D0" w14:textId="77777777" w:rsidR="00C01DF5" w:rsidRPr="00403B35" w:rsidRDefault="00000000">
      <w:pPr>
        <w:spacing w:after="2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9"/>
          <w:lang w:eastAsia="ja-JP"/>
        </w:rPr>
        <w:t>次の3点をすべて含めて、1つの文章として記入してください。</w:t>
      </w:r>
    </w:p>
    <w:p w14:paraId="6468156E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① 対象患者：どのような患者さんを想定したか。病態、食欲不振の背景、食事上の課題など。</w:t>
      </w:r>
    </w:p>
    <w:p w14:paraId="080B191F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② 低栄養対策：「食べたい」を引き出すために、栄養量、少量で高栄養、盛り付け、彩り等をどう工夫したか。</w:t>
      </w:r>
    </w:p>
    <w:p w14:paraId="2CCF6CEA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③ 多職種連携：3職種以上のチームで、どの職種からどのような意見が出て、献立にどう反映したか。</w:t>
      </w:r>
    </w:p>
    <w:p w14:paraId="2C921EC2" w14:textId="77777777" w:rsidR="00C01DF5" w:rsidRPr="00403B35" w:rsidRDefault="00000000">
      <w:pPr>
        <w:spacing w:before="40" w:after="20"/>
        <w:rPr>
          <w:rFonts w:ascii="BIZ UDPゴシック" w:eastAsia="BIZ UDPゴシック" w:hAnsi="BIZ UDPゴシック"/>
          <w:lang w:eastAsia="zh-CN"/>
        </w:rPr>
      </w:pPr>
      <w:r w:rsidRPr="00403B35">
        <w:rPr>
          <w:rFonts w:ascii="BIZ UDPゴシック" w:eastAsia="BIZ UDPゴシック" w:hAnsi="BIZ UDPゴシック"/>
          <w:b/>
          <w:sz w:val="19"/>
          <w:lang w:eastAsia="zh-CN"/>
        </w:rPr>
        <w:t>【記入欄：400字以上600字以内】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C01DF5" w:rsidRPr="00403B35" w14:paraId="6E75960F" w14:textId="77777777">
        <w:trPr>
          <w:trHeight w:val="3685"/>
          <w:jc w:val="center"/>
        </w:trPr>
        <w:tc>
          <w:tcPr>
            <w:tcW w:w="100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B2B278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EPISODE"/>
                <w:tag w:val="EPISODE"/>
                <w:id w:val="-276407125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300AB004" w14:textId="77777777" w:rsidR="00C01DF5" w:rsidRPr="00403B35" w:rsidRDefault="00000000">
      <w:pPr>
        <w:rPr>
          <w:rFonts w:ascii="BIZ UDPゴシック" w:eastAsia="BIZ UDPゴシック" w:hAnsi="BIZ UDPゴシック"/>
        </w:rPr>
      </w:pPr>
      <w:r w:rsidRPr="00403B35">
        <w:rPr>
          <w:rFonts w:ascii="BIZ UDPゴシック" w:eastAsia="BIZ UDPゴシック" w:hAnsi="BIZ UDPゴシック"/>
        </w:rPr>
        <w:br w:type="page"/>
      </w:r>
    </w:p>
    <w:p w14:paraId="250F58F4" w14:textId="3D992972" w:rsidR="00C01DF5" w:rsidRPr="00403B35" w:rsidRDefault="00000000">
      <w:pPr>
        <w:spacing w:after="4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23"/>
          <w:lang w:eastAsia="ja-JP"/>
        </w:rPr>
        <w:lastRenderedPageBreak/>
        <w:t>5. 献立レシピ（調理手順：全料理合計700文字以内）</w:t>
      </w:r>
    </w:p>
    <w:p w14:paraId="58D457C4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9"/>
          <w:lang w:eastAsia="ja-JP"/>
        </w:rPr>
        <w:t>写真に写っているすべての料理について、料理ごとに「材料・分量」と「調理手順」を記入してください。調理手順は、全料理を合わせて700文字以内で記入してください。</w:t>
      </w:r>
    </w:p>
    <w:p w14:paraId="6537CCD9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※材料・調味料・ソース・トッピング・飾りも、すべて1人分の「g」または「mL」で記入してください。「適量」「少々」は不可です。</w:t>
      </w:r>
    </w:p>
    <w:p w14:paraId="28BA8816" w14:textId="77777777" w:rsidR="00C01DF5" w:rsidRPr="00403B35" w:rsidRDefault="00000000">
      <w:pPr>
        <w:spacing w:after="6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※写真とレシピの内容が一致していることを確認してください。グランプリ受賞時に再現できる程度の手順を記入してください。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C01DF5" w:rsidRPr="00403B35" w14:paraId="72D98894" w14:textId="77777777">
        <w:trPr>
          <w:jc w:val="center"/>
        </w:trPr>
        <w:tc>
          <w:tcPr>
            <w:tcW w:w="10092" w:type="dxa"/>
            <w:shd w:val="clear" w:color="auto" w:fill="E2F0D9"/>
          </w:tcPr>
          <w:p w14:paraId="17037302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9"/>
                <w:lang w:eastAsia="ja-JP"/>
              </w:rPr>
              <w:t>【書き方例】</w:t>
            </w:r>
          </w:p>
          <w:p w14:paraId="7A5FE459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8"/>
                <w:lang w:eastAsia="ja-JP"/>
              </w:rPr>
              <w:t>料理名：鶏肉の香味焼き</w:t>
            </w:r>
          </w:p>
          <w:p w14:paraId="4BC81541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8"/>
                <w:lang w:eastAsia="ja-JP"/>
              </w:rPr>
              <w:t>材料・分量（1人分）：鶏もも肉80g、しょうゆ5mL、みりん3mL、しょうが2g</w:t>
            </w:r>
          </w:p>
          <w:p w14:paraId="55E4403E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sz w:val="18"/>
                <w:lang w:eastAsia="ja-JP"/>
              </w:rPr>
              <w:t>調理手順：①鶏肉を調味料に漬ける。②オーブンで焼き、盛り付ける。</w:t>
            </w:r>
          </w:p>
          <w:p w14:paraId="30817E5D" w14:textId="77777777" w:rsidR="00C01DF5" w:rsidRPr="00403B35" w:rsidRDefault="00000000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7"/>
                <w:lang w:eastAsia="ja-JP"/>
              </w:rPr>
              <w:t>※料理名・材料・分量は700文字に含みません。調理手順のみ、全料理を合わせて700文字以内です。</w:t>
            </w:r>
          </w:p>
        </w:tc>
      </w:tr>
    </w:tbl>
    <w:p w14:paraId="1E598AF5" w14:textId="3084C96B" w:rsidR="00C01DF5" w:rsidRPr="00403B35" w:rsidRDefault="00000000">
      <w:pPr>
        <w:spacing w:before="60" w:after="4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8"/>
          <w:lang w:eastAsia="ja-JP"/>
        </w:rPr>
        <w:t>料理ごとに1枠を使用してください。</w:t>
      </w:r>
      <w:r w:rsidR="00542875">
        <w:rPr>
          <w:rFonts w:ascii="BIZ UDPゴシック" w:eastAsia="BIZ UDPゴシック" w:hAnsi="BIZ UDPゴシック" w:hint="eastAsia"/>
          <w:sz w:val="18"/>
          <w:lang w:eastAsia="ja-JP"/>
        </w:rPr>
        <w:t>記入欄が足りない場合は、</w:t>
      </w:r>
      <w:r w:rsidR="00175983" w:rsidRPr="00175983">
        <w:rPr>
          <w:rFonts w:ascii="BIZ UDPゴシック" w:eastAsia="BIZ UDPゴシック" w:hAnsi="BIZ UDPゴシック"/>
          <w:sz w:val="18"/>
          <w:lang w:eastAsia="ja-JP"/>
        </w:rPr>
        <w:t>最終欄で改行して続けて入力してください</w:t>
      </w:r>
      <w:r w:rsidR="00175983">
        <w:rPr>
          <w:rFonts w:ascii="BIZ UDPゴシック" w:eastAsia="BIZ UDPゴシック" w:hAnsi="BIZ UDPゴシック" w:hint="eastAsia"/>
          <w:sz w:val="18"/>
          <w:lang w:eastAsia="ja-JP"/>
        </w:rPr>
        <w:t>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540"/>
      </w:tblGrid>
      <w:tr w:rsidR="00C01DF5" w:rsidRPr="00403B35" w14:paraId="41ACDBCA" w14:textId="77777777">
        <w:trPr>
          <w:trHeight w:val="396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348FC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料理名 1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7C96AA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1_NAME"/>
                <w:tag w:val="DISH1_NAME"/>
                <w:id w:val="1938474605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4FF2772A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789AAB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材料・分量（1人分）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25421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1_MATERIALS"/>
                <w:tag w:val="DISH1_MATERIALS"/>
                <w:id w:val="-1730990050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3382E532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265CB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調理手順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97E6ED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1_STEPS"/>
                <w:tag w:val="DISH1_STEPS"/>
                <w:id w:val="1202520157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3F9F7380" w14:textId="77777777" w:rsidR="00C01DF5" w:rsidRPr="00403B35" w:rsidRDefault="00C01DF5">
      <w:pPr>
        <w:spacing w:after="20"/>
        <w:rPr>
          <w:rFonts w:ascii="BIZ UDPゴシック" w:eastAsia="BIZ UDPゴシック" w:hAnsi="BIZ UDPゴシック"/>
        </w:rPr>
      </w:pP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540"/>
      </w:tblGrid>
      <w:tr w:rsidR="00C01DF5" w:rsidRPr="00403B35" w14:paraId="7C98C66C" w14:textId="77777777">
        <w:trPr>
          <w:trHeight w:val="396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1EC22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料理名 2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0B250A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2_NAME"/>
                <w:tag w:val="DISH2_NAME"/>
                <w:id w:val="788088112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7EF9CD03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11C9E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材料・分量（1人分）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B384C9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2_MATERIALS"/>
                <w:tag w:val="DISH2_MATERIALS"/>
                <w:id w:val="-1518157161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21C07598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ADC8E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調理手順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C2626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2_STEPS"/>
                <w:tag w:val="DISH2_STEPS"/>
                <w:id w:val="2116857545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6F6C105F" w14:textId="77777777" w:rsidR="00C01DF5" w:rsidRPr="00403B35" w:rsidRDefault="00C01DF5">
      <w:pPr>
        <w:spacing w:after="20"/>
        <w:rPr>
          <w:rFonts w:ascii="BIZ UDPゴシック" w:eastAsia="BIZ UDPゴシック" w:hAnsi="BIZ UDPゴシック"/>
        </w:rPr>
      </w:pP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540"/>
      </w:tblGrid>
      <w:tr w:rsidR="00C01DF5" w:rsidRPr="00403B35" w14:paraId="39EE6DC8" w14:textId="77777777">
        <w:trPr>
          <w:trHeight w:val="396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BD09A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料理名 3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27BF9B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3_NAME"/>
                <w:tag w:val="DISH3_NAME"/>
                <w:id w:val="-1073727973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24FA1600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F66EA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材料・分量（1人分）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FF7361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3_MATERIALS"/>
                <w:tag w:val="DISH3_MATERIALS"/>
                <w:id w:val="-25178690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2A87B7A7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2AB599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調理手順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857FE1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3_STEPS"/>
                <w:tag w:val="DISH3_STEPS"/>
                <w:id w:val="1397400366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7D1C3ACD" w14:textId="29C60787" w:rsidR="00C01DF5" w:rsidRPr="00403B35" w:rsidRDefault="00C01DF5">
      <w:pPr>
        <w:spacing w:after="40"/>
        <w:rPr>
          <w:rFonts w:ascii="BIZ UDPゴシック" w:eastAsia="BIZ UDPゴシック" w:hAnsi="BIZ UDPゴシック"/>
        </w:rPr>
      </w:pP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540"/>
      </w:tblGrid>
      <w:tr w:rsidR="00C01DF5" w:rsidRPr="00403B35" w14:paraId="0D02B109" w14:textId="77777777">
        <w:trPr>
          <w:trHeight w:val="396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8C5A8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料理名 4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3892F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4_NAME"/>
                <w:tag w:val="DISH4_NAME"/>
                <w:id w:val="1922284465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6929206E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4E5B65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材料・分量（1人分）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150337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4_MATERIALS"/>
                <w:tag w:val="DISH4_MATERIALS"/>
                <w:id w:val="-843547899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06690EC6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CE18CA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調理手順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99EEC0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4_STEPS"/>
                <w:tag w:val="DISH4_STEPS"/>
                <w:id w:val="-1020383474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07687F4D" w14:textId="77777777" w:rsidR="00C01DF5" w:rsidRPr="00403B35" w:rsidRDefault="00C01DF5">
      <w:pPr>
        <w:spacing w:after="20"/>
        <w:rPr>
          <w:rFonts w:ascii="BIZ UDPゴシック" w:eastAsia="BIZ UDPゴシック" w:hAnsi="BIZ UDPゴシック"/>
        </w:rPr>
      </w:pP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540"/>
      </w:tblGrid>
      <w:tr w:rsidR="00C01DF5" w:rsidRPr="00403B35" w14:paraId="6F022165" w14:textId="77777777">
        <w:trPr>
          <w:trHeight w:val="396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E85762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lastRenderedPageBreak/>
              <w:t>料理名 5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D1D19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5_NAME"/>
                <w:tag w:val="DISH5_NAME"/>
                <w:id w:val="2087949929"/>
                <w:lock w:val="sdtLocked"/>
                <w:text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1A28F3AA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80D50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材料・分量（1人分）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38602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5_MATERIALS"/>
                <w:tag w:val="DISH5_MATERIALS"/>
                <w:id w:val="-1603801570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C01DF5" w:rsidRPr="00403B35" w14:paraId="73D0825C" w14:textId="77777777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87AD4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調理手順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2CE817" w14:textId="77777777" w:rsidR="00C01DF5" w:rsidRPr="00403B35" w:rsidRDefault="00000000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5_STEPS"/>
                <w:tag w:val="DISH5_STEPS"/>
                <w:id w:val="1898393695"/>
                <w:lock w:val="sdtLocked"/>
                <w:text w:multiLine="1"/>
              </w:sdtPr>
              <w:sdtContent>
                <w:r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2125F29E" w14:textId="77777777" w:rsidR="00C01DF5" w:rsidRPr="00403B35" w:rsidRDefault="00C01DF5">
      <w:pPr>
        <w:spacing w:after="20"/>
        <w:rPr>
          <w:rFonts w:ascii="BIZ UDPゴシック" w:eastAsia="BIZ UDPゴシック" w:hAnsi="BIZ UDPゴシック"/>
        </w:rPr>
      </w:pP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540"/>
      </w:tblGrid>
      <w:tr w:rsidR="00175983" w:rsidRPr="00403B35" w14:paraId="65886E91" w14:textId="77777777" w:rsidTr="00CD7F72">
        <w:trPr>
          <w:trHeight w:val="396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1D0D30" w14:textId="3E324B3D" w:rsidR="00175983" w:rsidRPr="00403B35" w:rsidRDefault="00175983" w:rsidP="00CD7F72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 xml:space="preserve">料理名 </w:t>
            </w:r>
            <w:r>
              <w:rPr>
                <w:rFonts w:ascii="BIZ UDPゴシック" w:eastAsia="BIZ UDPゴシック" w:hAnsi="BIZ UDPゴシック" w:hint="eastAsia"/>
                <w:b/>
                <w:sz w:val="18"/>
                <w:lang w:eastAsia="ja-JP"/>
              </w:rPr>
              <w:t>6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8FE673" w14:textId="77777777" w:rsidR="00175983" w:rsidRPr="00403B35" w:rsidRDefault="00000000" w:rsidP="00CD7F72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5_NAME"/>
                <w:tag w:val="DISH5_NAME"/>
                <w:id w:val="-53092586"/>
                <w:text/>
              </w:sdtPr>
              <w:sdtContent>
                <w:r w:rsidR="00175983"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175983" w:rsidRPr="00403B35" w14:paraId="394A866D" w14:textId="77777777" w:rsidTr="00CD7F72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691A3" w14:textId="77777777" w:rsidR="00175983" w:rsidRPr="00403B35" w:rsidRDefault="00175983" w:rsidP="00CD7F72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材料・分量（1人分）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0DE658" w14:textId="77777777" w:rsidR="00175983" w:rsidRPr="00403B35" w:rsidRDefault="00000000" w:rsidP="00CD7F72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5_MATERIALS"/>
                <w:tag w:val="DISH5_MATERIALS"/>
                <w:id w:val="-1042665148"/>
                <w:text w:multiLine="1"/>
              </w:sdtPr>
              <w:sdtContent>
                <w:r w:rsidR="00175983"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  <w:tr w:rsidR="00175983" w:rsidRPr="00403B35" w14:paraId="11B03BAE" w14:textId="77777777" w:rsidTr="00CD7F72">
        <w:trPr>
          <w:trHeight w:val="850"/>
          <w:jc w:val="center"/>
        </w:trPr>
        <w:tc>
          <w:tcPr>
            <w:tcW w:w="2268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3CFDF" w14:textId="77777777" w:rsidR="00175983" w:rsidRPr="00403B35" w:rsidRDefault="00175983" w:rsidP="00CD7F72">
            <w:pPr>
              <w:rPr>
                <w:rFonts w:ascii="BIZ UDPゴシック" w:eastAsia="BIZ UDPゴシック" w:hAnsi="BIZ UDPゴシック"/>
              </w:rPr>
            </w:pPr>
            <w:r w:rsidRPr="00403B35">
              <w:rPr>
                <w:rFonts w:ascii="BIZ UDPゴシック" w:eastAsia="BIZ UDPゴシック" w:hAnsi="BIZ UDPゴシック"/>
                <w:b/>
                <w:sz w:val="18"/>
              </w:rPr>
              <w:t>調理手順</w:t>
            </w:r>
          </w:p>
        </w:tc>
        <w:tc>
          <w:tcPr>
            <w:tcW w:w="75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1A9AC4" w14:textId="77777777" w:rsidR="00175983" w:rsidRPr="00403B35" w:rsidRDefault="00000000" w:rsidP="00CD7F72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DISH5_STEPS"/>
                <w:tag w:val="DISH5_STEPS"/>
                <w:id w:val="1385292604"/>
                <w:text w:multiLine="1"/>
              </w:sdtPr>
              <w:sdtContent>
                <w:r w:rsidR="00175983" w:rsidRPr="00403B35">
                  <w:rPr>
                    <w:rFonts w:ascii="BIZ UDPゴシック" w:eastAsia="BIZ UDPゴシック" w:hAnsi="BIZ UDPゴシック"/>
                    <w:color w:val="7F7F7F"/>
                  </w:rPr>
                  <w:t xml:space="preserve">　</w:t>
                </w:r>
              </w:sdtContent>
            </w:sdt>
          </w:p>
        </w:tc>
      </w:tr>
    </w:tbl>
    <w:p w14:paraId="4131DDE7" w14:textId="77777777" w:rsidR="00175983" w:rsidRDefault="00175983">
      <w:pPr>
        <w:spacing w:after="100"/>
        <w:rPr>
          <w:rFonts w:ascii="BIZ UDPゴシック" w:eastAsia="BIZ UDPゴシック" w:hAnsi="BIZ UDPゴシック"/>
          <w:b/>
          <w:sz w:val="18"/>
          <w:lang w:eastAsia="ja-JP"/>
        </w:rPr>
      </w:pPr>
    </w:p>
    <w:p w14:paraId="47D96027" w14:textId="5291DF57" w:rsidR="00C01DF5" w:rsidRPr="00403B35" w:rsidRDefault="00000000">
      <w:pPr>
        <w:spacing w:after="10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18"/>
          <w:lang w:eastAsia="ja-JP"/>
        </w:rPr>
        <w:t>※700文字の制限は「調理手順」のみです。料理名・材料・分量は文字数に含みません。</w:t>
      </w:r>
    </w:p>
    <w:p w14:paraId="794AA051" w14:textId="5B0A84E5" w:rsidR="00C01DF5" w:rsidRPr="00403B35" w:rsidRDefault="00000000">
      <w:pPr>
        <w:keepNext/>
        <w:spacing w:before="80" w:after="4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23"/>
          <w:lang w:eastAsia="ja-JP"/>
        </w:rPr>
        <w:t>6. 提出写真（3点）</w:t>
      </w:r>
      <w:r w:rsidR="00E76ED3">
        <w:rPr>
          <w:rFonts w:ascii="BIZ UDPゴシック" w:eastAsia="BIZ UDPゴシック" w:hAnsi="BIZ UDPゴシック" w:hint="eastAsia"/>
          <w:b/>
          <w:sz w:val="23"/>
          <w:lang w:eastAsia="ja-JP"/>
        </w:rPr>
        <w:t xml:space="preserve">　</w:t>
      </w:r>
    </w:p>
    <w:p w14:paraId="3EF52FB3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9"/>
          <w:lang w:eastAsia="ja-JP"/>
        </w:rPr>
        <w:t>次の3点を提出してください。</w:t>
      </w:r>
    </w:p>
    <w:p w14:paraId="5F33ABA2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9"/>
          <w:lang w:eastAsia="ja-JP"/>
        </w:rPr>
        <w:t>① 献立の真上からの写真</w:t>
      </w:r>
    </w:p>
    <w:p w14:paraId="5C4C5C3D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9"/>
          <w:lang w:eastAsia="ja-JP"/>
        </w:rPr>
        <w:t>② 献立の斜めからの写真</w:t>
      </w:r>
    </w:p>
    <w:p w14:paraId="787B69B2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sz w:val="19"/>
          <w:lang w:eastAsia="ja-JP"/>
        </w:rPr>
        <w:t>③ チーム全員の集合写真</w:t>
      </w:r>
    </w:p>
    <w:p w14:paraId="471AA7BF" w14:textId="77777777" w:rsidR="00C01DF5" w:rsidRPr="00403B35" w:rsidRDefault="00000000">
      <w:pPr>
        <w:keepNext/>
        <w:spacing w:before="140" w:after="40"/>
        <w:rPr>
          <w:rFonts w:ascii="BIZ UDPゴシック" w:eastAsia="BIZ UDPゴシック" w:hAnsi="BIZ UDPゴシック"/>
          <w:lang w:eastAsia="ja-JP"/>
        </w:rPr>
      </w:pPr>
      <w:r w:rsidRPr="00403B35">
        <w:rPr>
          <w:rFonts w:ascii="BIZ UDPゴシック" w:eastAsia="BIZ UDPゴシック" w:hAnsi="BIZ UDPゴシック"/>
          <w:b/>
          <w:sz w:val="23"/>
          <w:lang w:eastAsia="ja-JP"/>
        </w:rPr>
        <w:t>7. 提出前セルフチェック</w:t>
      </w:r>
    </w:p>
    <w:p w14:paraId="39326F51" w14:textId="2C5F31E9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1"/>
          <w:tag w:val="CHECK1"/>
          <w:id w:val="232283900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="00E76ED3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</w:t>
      </w:r>
      <w:r w:rsidR="00F75D85" w:rsidRPr="00F75D85">
        <w:rPr>
          <w:rFonts w:ascii="BIZ UDPゴシック" w:eastAsia="BIZ UDPゴシック" w:hAnsi="BIZ UDPゴシック"/>
          <w:sz w:val="20"/>
          <w:lang w:eastAsia="ja-JP"/>
        </w:rPr>
        <w:t>チームは、代表者を含む合計4名以上、かつ3職種以上で構成されていますか？</w:t>
      </w:r>
      <w:r w:rsidR="00F75D85">
        <w:rPr>
          <w:rFonts w:ascii="BIZ UDPゴシック" w:eastAsia="BIZ UDPゴシック" w:hAnsi="BIZ UDPゴシック"/>
          <w:sz w:val="20"/>
          <w:lang w:eastAsia="ja-JP"/>
        </w:rPr>
        <w:br/>
      </w:r>
      <w:sdt>
        <w:sdtPr>
          <w:rPr>
            <w:rFonts w:ascii="BIZ UDPゴシック" w:eastAsia="BIZ UDPゴシック" w:hAnsi="BIZ UDPゴシック"/>
            <w:lang w:eastAsia="ja-JP"/>
          </w:rPr>
          <w:alias w:val="CHECK2"/>
          <w:tag w:val="CHECK2"/>
          <w:id w:val="1240212928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代表者はJSPEN会員ですか？</w:t>
      </w:r>
    </w:p>
    <w:p w14:paraId="5EE5392F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3"/>
          <w:tag w:val="CHECK3"/>
          <w:id w:val="-2035410247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チーム内にJSPEN会員の管理栄養士、栄養士、または病院調理師が1名以上含まれていますか？</w:t>
      </w:r>
    </w:p>
    <w:p w14:paraId="1ACFBA36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4"/>
          <w:tag w:val="CHECK4"/>
          <w:id w:val="2019725931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応募メニューは日常的に提供される「普通食」ですか？</w:t>
      </w:r>
    </w:p>
    <w:p w14:paraId="2E275FF1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5"/>
          <w:tag w:val="CHECK5"/>
          <w:id w:val="1603540742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応募メニュー名に施設名を含めていませんか？</w:t>
      </w:r>
    </w:p>
    <w:p w14:paraId="37986E7A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6"/>
          <w:tag w:val="CHECK6"/>
          <w:id w:val="-1666783290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栄養価・材料費の5項目をすべて記入しましたか？</w:t>
      </w:r>
    </w:p>
    <w:p w14:paraId="6DD3148F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7"/>
          <w:tag w:val="CHECK7"/>
          <w:id w:val="60844463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1人分の材料費は税抜600円以内ですか？</w:t>
      </w:r>
    </w:p>
    <w:p w14:paraId="55C8B4C6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8"/>
          <w:tag w:val="CHECK8"/>
          <w:id w:val="-1532867940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必要な場合、栄養価が目安を外れる理由を記入しましたか？</w:t>
      </w:r>
    </w:p>
    <w:p w14:paraId="0FCBEF77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9"/>
          <w:tag w:val="CHECK9"/>
          <w:id w:val="-2030180669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取り組みエピソードに「対象患者・低栄養対策・多職種連携」の3点を含め、400〜600文字に収めましたか？</w:t>
      </w:r>
    </w:p>
    <w:p w14:paraId="1DAE7269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10"/>
          <w:tag w:val="CHECK10"/>
          <w:id w:val="730738381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写真に写っているすべての料理・食材・調味料・ソース・トッピングをレシピに記入しましたか？</w:t>
      </w:r>
    </w:p>
    <w:p w14:paraId="4867F93D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11"/>
          <w:tag w:val="CHECK11"/>
          <w:id w:val="-1141804547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レシピの分量はすべてg/mLで、「適量」「少々」を使っていませんか？</w:t>
      </w:r>
    </w:p>
    <w:p w14:paraId="57D183DB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12"/>
          <w:tag w:val="CHECK12"/>
          <w:id w:val="1361400952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全料理の「調理手順」は、合計700文字以内に収まっていますか？</w:t>
      </w:r>
    </w:p>
    <w:p w14:paraId="1BBC5B93" w14:textId="77777777" w:rsidR="00C01DF5" w:rsidRPr="00403B35" w:rsidRDefault="00000000">
      <w:pPr>
        <w:spacing w:after="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alias w:val="CHECK13"/>
          <w:tag w:val="CHECK13"/>
          <w:id w:val="-401905647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403B35">
            <w:rPr>
              <w:rFonts w:ascii="Segoe UI Symbol" w:eastAsia="BIZ UDPゴシック" w:hAnsi="Segoe UI Symbol" w:cs="Segoe UI Symbol"/>
              <w:lang w:eastAsia="ja-JP"/>
            </w:rPr>
            <w:t>☐</w:t>
          </w:r>
        </w:sdtContent>
      </w:sdt>
      <w:r w:rsidRPr="00403B35">
        <w:rPr>
          <w:rFonts w:ascii="BIZ UDPゴシック" w:eastAsia="BIZ UDPゴシック" w:hAnsi="BIZ UDPゴシック"/>
          <w:sz w:val="20"/>
          <w:lang w:eastAsia="ja-JP"/>
        </w:rPr>
        <w:t xml:space="preserve"> 提出写真3点（真上・斜め・チーム集合）がそろっていますか？</w:t>
      </w:r>
    </w:p>
    <w:p w14:paraId="58F425FF" w14:textId="72E7FE13" w:rsidR="00C01DF5" w:rsidRPr="00403B35" w:rsidRDefault="00C01DF5">
      <w:pPr>
        <w:spacing w:before="80" w:after="0"/>
        <w:rPr>
          <w:rFonts w:ascii="BIZ UDPゴシック" w:eastAsia="BIZ UDPゴシック" w:hAnsi="BIZ UDPゴシック"/>
          <w:lang w:eastAsia="ja-JP"/>
        </w:rPr>
      </w:pPr>
    </w:p>
    <w:sectPr w:rsidR="00C01DF5" w:rsidRPr="00403B35" w:rsidSect="00034616"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6531022">
    <w:abstractNumId w:val="8"/>
  </w:num>
  <w:num w:numId="2" w16cid:durableId="947856022">
    <w:abstractNumId w:val="6"/>
  </w:num>
  <w:num w:numId="3" w16cid:durableId="1842966822">
    <w:abstractNumId w:val="5"/>
  </w:num>
  <w:num w:numId="4" w16cid:durableId="1909265616">
    <w:abstractNumId w:val="4"/>
  </w:num>
  <w:num w:numId="5" w16cid:durableId="1174345996">
    <w:abstractNumId w:val="7"/>
  </w:num>
  <w:num w:numId="6" w16cid:durableId="920719711">
    <w:abstractNumId w:val="3"/>
  </w:num>
  <w:num w:numId="7" w16cid:durableId="1665862784">
    <w:abstractNumId w:val="2"/>
  </w:num>
  <w:num w:numId="8" w16cid:durableId="462968601">
    <w:abstractNumId w:val="1"/>
  </w:num>
  <w:num w:numId="9" w16cid:durableId="154687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xugjFdUY3Zu8Qyzc6vPImRhOxf0C34L5I/7rKfg1WoHXinN2nDe4bw23AtsQHGQeXNkyGrLL7TxOdHWd2cpcFg==" w:salt="NPDe4bAah/c83oQEpExy+w==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75E7"/>
    <w:rsid w:val="00034616"/>
    <w:rsid w:val="00056086"/>
    <w:rsid w:val="0006063C"/>
    <w:rsid w:val="0015074B"/>
    <w:rsid w:val="00175983"/>
    <w:rsid w:val="00223ADC"/>
    <w:rsid w:val="00234023"/>
    <w:rsid w:val="0029639D"/>
    <w:rsid w:val="0031166C"/>
    <w:rsid w:val="00326F90"/>
    <w:rsid w:val="00403B35"/>
    <w:rsid w:val="00416B06"/>
    <w:rsid w:val="004B1029"/>
    <w:rsid w:val="00536600"/>
    <w:rsid w:val="00542875"/>
    <w:rsid w:val="005574A8"/>
    <w:rsid w:val="006C505C"/>
    <w:rsid w:val="006C5325"/>
    <w:rsid w:val="00703279"/>
    <w:rsid w:val="007706BA"/>
    <w:rsid w:val="007A2BF8"/>
    <w:rsid w:val="00846C0F"/>
    <w:rsid w:val="009C41E1"/>
    <w:rsid w:val="00A378BA"/>
    <w:rsid w:val="00AA1D8D"/>
    <w:rsid w:val="00B21462"/>
    <w:rsid w:val="00B47730"/>
    <w:rsid w:val="00B57D61"/>
    <w:rsid w:val="00C01DF5"/>
    <w:rsid w:val="00CB0664"/>
    <w:rsid w:val="00DE5BAB"/>
    <w:rsid w:val="00E22082"/>
    <w:rsid w:val="00E33BA6"/>
    <w:rsid w:val="00E76ED3"/>
    <w:rsid w:val="00ED5FF5"/>
    <w:rsid w:val="00F11CE7"/>
    <w:rsid w:val="00F75D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D5B037"/>
  <w14:defaultImageDpi w14:val="300"/>
  <w15:docId w15:val="{8A70BEA1-F62F-478A-B1AD-74F2262B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実隆 瀧田</cp:lastModifiedBy>
  <cp:revision>26</cp:revision>
  <dcterms:created xsi:type="dcterms:W3CDTF">2013-12-23T23:15:00Z</dcterms:created>
  <dcterms:modified xsi:type="dcterms:W3CDTF">2026-08-21T08:02:00Z</dcterms:modified>
  <cp:category/>
</cp:coreProperties>
</file>